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33710" w14:textId="2DBF4E3D" w:rsidR="003F007C" w:rsidRPr="00A02A13" w:rsidRDefault="003F007C" w:rsidP="003F00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2A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r w:rsidRPr="00A02A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риложение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2</w:t>
      </w:r>
    </w:p>
    <w:p w14:paraId="24941F61" w14:textId="77777777" w:rsidR="003F007C" w:rsidRPr="00A02A13" w:rsidRDefault="003F007C" w:rsidP="003F007C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2A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письму ВДЦ «Смена»</w:t>
      </w:r>
    </w:p>
    <w:p w14:paraId="6528375F" w14:textId="77777777" w:rsidR="00884CC0" w:rsidRPr="00884CC0" w:rsidRDefault="00884CC0" w:rsidP="00884C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884CC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от 20.10.2026 № ИЖ-3976</w:t>
      </w:r>
    </w:p>
    <w:p w14:paraId="6927C63D" w14:textId="77777777" w:rsidR="0030188E" w:rsidRPr="00461E84" w:rsidRDefault="0030188E" w:rsidP="00301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5ECFE22" w14:textId="77777777" w:rsidR="0030188E" w:rsidRDefault="0030188E" w:rsidP="003018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461E84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Ссылка на страницу мероприятия на официальном сайте </w:t>
      </w:r>
    </w:p>
    <w:p w14:paraId="5FDE2E60" w14:textId="77777777" w:rsidR="0030188E" w:rsidRDefault="0030188E" w:rsidP="003018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461E84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ФЦРВ СПО ВДЦ «Смена»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: </w:t>
      </w:r>
    </w:p>
    <w:p w14:paraId="69A5F269" w14:textId="77777777" w:rsidR="0030188E" w:rsidRDefault="0030188E" w:rsidP="003018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1E51A8AC" w14:textId="77777777" w:rsidR="0030188E" w:rsidRDefault="00E73BF1" w:rsidP="0030188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ru-RU"/>
        </w:rPr>
      </w:pPr>
      <w:hyperlink r:id="rId8" w:history="1">
        <w:r w:rsidR="0030188E" w:rsidRPr="004537E8">
          <w:rPr>
            <w:rStyle w:val="aff9"/>
            <w:rFonts w:ascii="Times New Roman" w:hAnsi="Times New Roman" w:cs="Times New Roman"/>
            <w:sz w:val="32"/>
            <w:szCs w:val="24"/>
            <w:lang w:val="ru-RU"/>
          </w:rPr>
          <w:t>https://fcrv.smena.org/event/forum-professionalnoe-stanovlenie-2026/</w:t>
        </w:r>
      </w:hyperlink>
    </w:p>
    <w:p w14:paraId="3DC091FF" w14:textId="77777777" w:rsidR="0030188E" w:rsidRPr="004537E8" w:rsidRDefault="0030188E" w:rsidP="0030188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  <w:lang w:val="ru-RU"/>
        </w:rPr>
      </w:pPr>
    </w:p>
    <w:p w14:paraId="1FADB05E" w14:textId="77777777" w:rsidR="0030188E" w:rsidRDefault="0030188E" w:rsidP="003018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37E8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80500CC" wp14:editId="23623F01">
            <wp:extent cx="4617720" cy="4617720"/>
            <wp:effectExtent l="0" t="0" r="0" b="0"/>
            <wp:docPr id="4" name="Рисунок 4" descr="C:\Users\user\Downloads\c7bc67d0-2314-4a40-bf07-ac230e9d25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c7bc67d0-2314-4a40-bf07-ac230e9d25a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249" cy="464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3B99F" w14:textId="77777777" w:rsidR="0030188E" w:rsidRDefault="0030188E" w:rsidP="003018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61E84">
        <w:rPr>
          <w:rFonts w:ascii="Times New Roman" w:hAnsi="Times New Roman" w:cs="Times New Roman"/>
          <w:sz w:val="28"/>
          <w:szCs w:val="28"/>
          <w:lang w:val="ru-RU"/>
        </w:rPr>
        <w:t>Qr</w:t>
      </w:r>
      <w:proofErr w:type="spellEnd"/>
      <w:r w:rsidRPr="00461E84">
        <w:rPr>
          <w:rFonts w:ascii="Times New Roman" w:hAnsi="Times New Roman" w:cs="Times New Roman"/>
          <w:sz w:val="28"/>
          <w:szCs w:val="28"/>
          <w:lang w:val="ru-RU"/>
        </w:rPr>
        <w:t xml:space="preserve"> код страница мероприятия</w:t>
      </w:r>
    </w:p>
    <w:p w14:paraId="65ACD3FB" w14:textId="77777777" w:rsidR="000C569C" w:rsidRPr="00461E84" w:rsidRDefault="000C569C" w:rsidP="00461E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4F461EC" w14:textId="77777777" w:rsidR="0030188E" w:rsidRDefault="0030188E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F799DA9" w14:textId="0B17E082" w:rsidR="0030188E" w:rsidRDefault="0030188E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2E0C9838" w14:textId="343870A4" w:rsidR="0030188E" w:rsidRDefault="0030188E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4460450" w14:textId="3D206EDE" w:rsidR="0030188E" w:rsidRDefault="0030188E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204A1397" w14:textId="54DE52A2" w:rsidR="0030188E" w:rsidRDefault="0030188E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014F554" w14:textId="6F14879B" w:rsidR="0030188E" w:rsidRDefault="0030188E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01A33B53" w14:textId="6E2795EC" w:rsidR="0030188E" w:rsidRDefault="0030188E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FAF7678" w14:textId="0960C904" w:rsidR="0030188E" w:rsidRDefault="0030188E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563B1C65" w14:textId="51FE54D1" w:rsidR="003F007C" w:rsidRPr="00A02A13" w:rsidRDefault="003F007C" w:rsidP="003F00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2A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</w:t>
      </w:r>
      <w:r w:rsidRPr="00A02A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риложение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3</w:t>
      </w:r>
    </w:p>
    <w:p w14:paraId="34BD2216" w14:textId="77777777" w:rsidR="003F007C" w:rsidRPr="00A02A13" w:rsidRDefault="003F007C" w:rsidP="003F007C">
      <w:pPr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2A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 письму ВДЦ «Смена»</w:t>
      </w:r>
    </w:p>
    <w:p w14:paraId="2124B7CB" w14:textId="77777777" w:rsidR="00884CC0" w:rsidRDefault="00884CC0" w:rsidP="00884C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20.10.2026 № ИЖ-3976</w:t>
      </w:r>
    </w:p>
    <w:p w14:paraId="14E1EC5E" w14:textId="77777777" w:rsidR="0030188E" w:rsidRPr="00461E84" w:rsidRDefault="0030188E" w:rsidP="00301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993096A" w14:textId="77777777" w:rsidR="0030188E" w:rsidRDefault="0030188E" w:rsidP="0030188E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14:paraId="73B83CC4" w14:textId="0F2F6DC6" w:rsidR="00710931" w:rsidRDefault="00710931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Регистрация на Всероссийский форум </w:t>
      </w:r>
    </w:p>
    <w:p w14:paraId="65B0DBFF" w14:textId="77777777" w:rsidR="00710931" w:rsidRDefault="00710931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«Профессиональное становление и воспитание обучающихся СПО» </w:t>
      </w:r>
    </w:p>
    <w:p w14:paraId="1007616B" w14:textId="1719F50E" w:rsidR="00710931" w:rsidRDefault="00710931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по ссылке: </w:t>
      </w:r>
    </w:p>
    <w:p w14:paraId="756D9272" w14:textId="2A0667C0" w:rsidR="00710931" w:rsidRDefault="00710931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val="ru-RU"/>
        </w:rPr>
      </w:pPr>
      <w:r w:rsidRPr="004537E8">
        <w:rPr>
          <w:rFonts w:ascii="Times New Roman" w:eastAsia="Calibri" w:hAnsi="Times New Roman" w:cs="Times New Roman"/>
          <w:b/>
          <w:bCs/>
          <w:sz w:val="32"/>
          <w:szCs w:val="28"/>
          <w:lang w:val="ru-RU"/>
        </w:rPr>
        <w:t xml:space="preserve"> </w:t>
      </w:r>
      <w:hyperlink r:id="rId10" w:history="1">
        <w:r w:rsidR="004537E8" w:rsidRPr="00B63C61">
          <w:rPr>
            <w:rStyle w:val="aff9"/>
            <w:rFonts w:ascii="Times New Roman" w:eastAsia="Calibri" w:hAnsi="Times New Roman" w:cs="Times New Roman"/>
            <w:b/>
            <w:bCs/>
            <w:sz w:val="32"/>
            <w:szCs w:val="28"/>
            <w:lang w:val="ru-RU"/>
          </w:rPr>
          <w:t>https://fcrv.smena.org/forum-registraciya/</w:t>
        </w:r>
      </w:hyperlink>
    </w:p>
    <w:p w14:paraId="5D312B8E" w14:textId="77777777" w:rsidR="004537E8" w:rsidRPr="004537E8" w:rsidRDefault="004537E8" w:rsidP="00461E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highlight w:val="yellow"/>
          <w:lang w:val="ru-RU"/>
        </w:rPr>
      </w:pPr>
    </w:p>
    <w:p w14:paraId="6E9D974C" w14:textId="25B9A65F" w:rsidR="00461E84" w:rsidRDefault="00710931" w:rsidP="00461E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1093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DCC6955" wp14:editId="4483DDC4">
            <wp:extent cx="4876800" cy="4876800"/>
            <wp:effectExtent l="0" t="0" r="0" b="0"/>
            <wp:docPr id="2" name="Рисунок 2" descr="C:\Users\user\Downloads\2460fd02-0f3e-46cb-b896-cc11f95cc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460fd02-0f3e-46cb-b896-cc11f95cc79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086" cy="4889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6BEAE" w14:textId="5515F44E" w:rsidR="004537E8" w:rsidRPr="0030188E" w:rsidRDefault="00461E84" w:rsidP="003018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61E84">
        <w:rPr>
          <w:rFonts w:ascii="Times New Roman" w:hAnsi="Times New Roman" w:cs="Times New Roman"/>
          <w:sz w:val="28"/>
          <w:szCs w:val="28"/>
          <w:lang w:val="ru-RU"/>
        </w:rPr>
        <w:t xml:space="preserve">QR код </w:t>
      </w:r>
      <w:r w:rsidR="0030188E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710931">
        <w:rPr>
          <w:rFonts w:ascii="Times New Roman" w:hAnsi="Times New Roman" w:cs="Times New Roman"/>
          <w:sz w:val="28"/>
          <w:szCs w:val="28"/>
          <w:lang w:val="ru-RU"/>
        </w:rPr>
        <w:t>регистра</w:t>
      </w:r>
      <w:r w:rsidRPr="00461E84">
        <w:rPr>
          <w:rFonts w:ascii="Times New Roman" w:hAnsi="Times New Roman" w:cs="Times New Roman"/>
          <w:sz w:val="28"/>
          <w:szCs w:val="28"/>
          <w:lang w:val="ru-RU"/>
        </w:rPr>
        <w:t>ци</w:t>
      </w:r>
      <w:r w:rsidR="0030188E">
        <w:rPr>
          <w:rFonts w:ascii="Times New Roman" w:hAnsi="Times New Roman" w:cs="Times New Roman"/>
          <w:sz w:val="28"/>
          <w:szCs w:val="28"/>
          <w:lang w:val="ru-RU"/>
        </w:rPr>
        <w:t>ю</w:t>
      </w:r>
    </w:p>
    <w:p w14:paraId="1ED6E02D" w14:textId="77777777" w:rsidR="00461E84" w:rsidRPr="00461E84" w:rsidRDefault="00461E84" w:rsidP="004537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61E84" w:rsidRPr="00461E84" w:rsidSect="000C569C">
      <w:footerReference w:type="default" r:id="rId12"/>
      <w:pgSz w:w="12240" w:h="15840"/>
      <w:pgMar w:top="1021" w:right="758" w:bottom="102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80887" w14:textId="77777777" w:rsidR="00E73BF1" w:rsidRDefault="00E73BF1">
      <w:pPr>
        <w:spacing w:after="0" w:line="240" w:lineRule="auto"/>
      </w:pPr>
      <w:r>
        <w:separator/>
      </w:r>
    </w:p>
  </w:endnote>
  <w:endnote w:type="continuationSeparator" w:id="0">
    <w:p w14:paraId="3E392F3F" w14:textId="77777777" w:rsidR="00E73BF1" w:rsidRDefault="00E73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45217" w14:textId="26943628" w:rsidR="00FB39B2" w:rsidRDefault="00FB39B2">
    <w:pPr>
      <w:pStyle w:val="a7"/>
      <w:jc w:val="center"/>
      <w:rPr>
        <w:sz w:val="16"/>
        <w:lang w:val="ru-RU"/>
      </w:rPr>
    </w:pPr>
  </w:p>
  <w:p w14:paraId="1EEE563A" w14:textId="77777777" w:rsidR="00DC437E" w:rsidRPr="00DC437E" w:rsidRDefault="00DC437E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2C44D" w14:textId="77777777" w:rsidR="00E73BF1" w:rsidRDefault="00E73BF1">
      <w:pPr>
        <w:spacing w:after="0" w:line="240" w:lineRule="auto"/>
      </w:pPr>
      <w:r>
        <w:separator/>
      </w:r>
    </w:p>
  </w:footnote>
  <w:footnote w:type="continuationSeparator" w:id="0">
    <w:p w14:paraId="481A1EB3" w14:textId="77777777" w:rsidR="00E73BF1" w:rsidRDefault="00E73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257745"/>
    <w:multiLevelType w:val="hybridMultilevel"/>
    <w:tmpl w:val="D068BB4C"/>
    <w:lvl w:ilvl="0" w:tplc="BB30C99A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2B5"/>
    <w:rsid w:val="00034616"/>
    <w:rsid w:val="0006063C"/>
    <w:rsid w:val="000C569C"/>
    <w:rsid w:val="000E639D"/>
    <w:rsid w:val="0015074B"/>
    <w:rsid w:val="0029639D"/>
    <w:rsid w:val="002C32A6"/>
    <w:rsid w:val="0030188E"/>
    <w:rsid w:val="00326F90"/>
    <w:rsid w:val="00330527"/>
    <w:rsid w:val="003764D5"/>
    <w:rsid w:val="00385891"/>
    <w:rsid w:val="003F007C"/>
    <w:rsid w:val="004537E8"/>
    <w:rsid w:val="00461E84"/>
    <w:rsid w:val="00461E8C"/>
    <w:rsid w:val="004D3EEE"/>
    <w:rsid w:val="005754A9"/>
    <w:rsid w:val="00710931"/>
    <w:rsid w:val="00777966"/>
    <w:rsid w:val="008406CA"/>
    <w:rsid w:val="0085446F"/>
    <w:rsid w:val="00866596"/>
    <w:rsid w:val="00884CC0"/>
    <w:rsid w:val="008D1495"/>
    <w:rsid w:val="00967FD0"/>
    <w:rsid w:val="009C0734"/>
    <w:rsid w:val="009D52C3"/>
    <w:rsid w:val="00A02A13"/>
    <w:rsid w:val="00AA1D8D"/>
    <w:rsid w:val="00B47730"/>
    <w:rsid w:val="00BC42F2"/>
    <w:rsid w:val="00CB0664"/>
    <w:rsid w:val="00DC437E"/>
    <w:rsid w:val="00E059FA"/>
    <w:rsid w:val="00E306D4"/>
    <w:rsid w:val="00E73BF1"/>
    <w:rsid w:val="00ED2DE1"/>
    <w:rsid w:val="00F234DC"/>
    <w:rsid w:val="00FB3592"/>
    <w:rsid w:val="00FB39B2"/>
    <w:rsid w:val="00FC693F"/>
    <w:rsid w:val="00FF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268D5"/>
  <w14:defaultImageDpi w14:val="300"/>
  <w15:docId w15:val="{0A2352FB-0922-4226-AACF-479945B7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FF7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461E84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2"/>
    <w:uiPriority w:val="99"/>
    <w:semiHidden/>
    <w:unhideWhenUsed/>
    <w:rsid w:val="00461E84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461E84"/>
    <w:rPr>
      <w:color w:val="800080" w:themeColor="followedHyperlink"/>
      <w:u w:val="single"/>
    </w:rPr>
  </w:style>
  <w:style w:type="paragraph" w:customStyle="1" w:styleId="isselectedend">
    <w:name w:val="isselectedend"/>
    <w:basedOn w:val="a1"/>
    <w:rsid w:val="000C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8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7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10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03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92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02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crv.smena.org/event/forum-professionalnoe-stanovlenie-2026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fcrv.smena.org/forum-registrac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44F38-6E99-409F-90DC-E222653AE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Князькина Кристина Анатольевна</cp:lastModifiedBy>
  <cp:revision>20</cp:revision>
  <dcterms:created xsi:type="dcterms:W3CDTF">2013-12-23T23:15:00Z</dcterms:created>
  <dcterms:modified xsi:type="dcterms:W3CDTF">2026-10-20T11:53:00Z</dcterms:modified>
  <cp:category/>
</cp:coreProperties>
</file>